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 (אנטונימים)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מילה הפכית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הפכיות במשפט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ההפכית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חזק וחלש הם זוג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מ'מהר' הוא 'לאט'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ההפכית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(מרווח)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הסוכר מתוק והלימון 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יבדק לפי שימוש נכון בזוג מילים הפכיות אחד לפחות ובניית משפטים תקינים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דומות במשמעות, הפכיות הפוכות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עם כרטיסיות של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מהמילים הפשוטות (מתחילים) ולהתקדם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הפכיות (אנטונימים)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הפכות - מילים שמשמעותן הפוכה זו מזו, כמו גדול וקטן, או יום ולילה.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לאט  ·  קר  ·  קטן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ההפכית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ההפכית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ההפכית ל'חם'?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המילה ההפכית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מ'חזק' הוא 'חלש'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מ'מהר' הוא 'כבד'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הפיל גדול והעכבר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בקיץ חם ובחורף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הארנב רץ מהר והצב הולך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למילה ההפכית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צפוף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שמשתמש בזוג המילים ההפכיות 'מתוק' ו'מר'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זוגות הפכים מהדף וכתבו סיפור קצר של 2-3 משפטים שמשתמש בשניהם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הפכית ל'גדול'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הפכית ל'יום'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הפכיות (אנטונימים)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