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מילה הפכית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הפכיות במשפט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ההפכית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נכשל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חזק וחלש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מ'מהר' הוא 'לאט'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יקר וזול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עמוק ורדוד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מ'בונה' הוא 'הורס'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מתקרב ומתרחק הם זוג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רדוד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קמצן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ההפכית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(דק)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(מרוקן)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הסוכר מתוק והלימון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הפרח הזה אמיתי והפרח השני מזויף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עצלן - כי חרוץ עובד הרבה ועצלן לא רוצה לעבוד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יבדק לפי שימוש נכון בזוג מילים הפכיות אחד לפחות ובניית משפטים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דומות במשמעות, הפכיות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כרטיסיות של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(מתחילים) ולהתקדם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הפוכות. למשל: גדול - קטן. חם - 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הפכית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בדיוק ההפך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גדול / קטן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בגודל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/ 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מהר / לאט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במהירות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מלא / ריק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בכמות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/ יורד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עשיר / עני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ברכוש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נדיר / נפוץ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בשכיחות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ההפכית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ההפך מ'גדול'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ההפך מ'חם'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ההפך מ'שמח'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ההפך מ'פתוח'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ההפך מ'נכנס'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ההפך מ'עשיר'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ההפך מ'נדיר'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ההפך מ'מצליח'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מ'חזק' הוא 'חלש'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מ'מהר' הוא 'כבד'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מ'יקר' הוא 'זול'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מ'עמוק' הוא 'רדוד'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מ'בונה' הוא 'מוצא'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מ'מתקרב' הוא 'מתרחק'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הפיל גדול והעכבר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חם ובחורף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הארנב רץ מהר והצב הולך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הספל מלא והבקבוק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האריה חזק והגור עוד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בסיפור יש מלך עשיר ורועה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הים עמוק ליד הסלעים ו__________ ליד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המלך הנדיב חילק לחם, והסוחר ה__________ שמר הכול לעצמו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ההפכית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צפוף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מרוקן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קהה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בזוג המילים ההפכיות 'מתוק' ו'מר'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בזוג המילים ההפכיות 'אמיתי' ו'מזויף'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מילה הפכית למילה 'חרוץ' והסבירו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הפכים מהדף וכתבו סיפור קצר של 2-3 משפטים שמשתמש בשניהם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הפכית ל'גדול'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הפכית ל'יום'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למילים הפכיות?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 (אנטונימים)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