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הפכיות (אנטונימים)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זוגות מילים הפכיות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להשלים משפטים עם מילה הפכית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במילים הפכיות במשפט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המילה ההפכית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עצוב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סגור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יוצא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עני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נפוץ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נכשל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חזק וחלש הם זוג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ההפך מ'מהר' הוא 'לאט'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יקר וזול הם זוג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עמוק ורדוד הם זוג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ההפך מ'בונה' הוא 'הורס'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מתקרב ומתרחק הם זוג הפכים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עני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רדוד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קמצן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למילה ההפכית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(דק)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(קהה)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(מרווח)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(מקטין)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(מרוקן)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ושימוש במילים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הסוכר מתוק והלימון 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הפרח הזה אמיתי והפרח השני מזויף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עצלן - כי חרוץ עובד הרבה ועצלן לא רוצה לעבוד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יבדק לפי שימוש נכון בזוג מילים הפכיות אחד לפחות ובניית משפטים תקינים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נרדפות דומות במשמעות, הפכיות הפוכות במשמעות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במשחק זיכרון עם כרטיסיות של זוגות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להתחיל מהמילים הפשוטות (מתחילים) ולהתקדם בהדרגה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הפכיות (אנטונימים)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הפכות - מילים שמשמעותן הפוכה זו מזו, כמו גדול וקטן, או יום ולילה.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המילה ההפכית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המילה ההפכית ל'גדול'?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המילה ההפכית ל'חם'?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המילה ההפכית ל'שמח'?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פחדן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המילה ההפכית ל'פתוח'?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סגור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המילה ההפכית ל'נכנס'?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יוצא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מהי המילה ההפכית ל'עשיר'?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קמצן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מהי המילה ההפכית ל'נדיר'?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מהי המילה ההפכית ל'מצליח'?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נכשל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מתאמן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עייף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מ'חזק' הוא 'חלש'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מ'מהר' הוא 'כבד'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מ'יקר' הוא 'זול'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מ'עמוק' הוא 'רדוד'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מ'בונה' הוא 'מוצא'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מ'מתקרב' הוא 'מתרחק'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הפיל גדול והעכבר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בקיץ חם ובחורף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הארנב רץ מהר והצב הולך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הספל מלא והבקבוק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האריה חזק והגור עוד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בסיפור יש מלך עשיר ורועה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7. הים עמוק ליד הסלעים ו__________ ליד החוף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8. המלך הנדיב חילק לחם, והסוחר ה__________ שמר הכול לעצמו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למילה ההפכית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רחב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מרווח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צפוף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מקטין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מגדיל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מרוקן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ממלא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קהה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ושימוש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שמשתמש בזוג המילים ההפכיות 'מתוק' ו'מר'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שמשתמש בזוג המילים ההפכיות 'אמיתי' ו'מזויף'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מצאו מילה הפכית למילה 'חרוץ' והסבירו למה בחרתם 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שני זוגות הפכים מהדף וכתבו סיפור קצר של 2-3 משפטים שמשתמש בשניהם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הפכית ל'גדול'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הפכית ל'יום'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מילים נרדפות למילים הפכיות?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הפכיות (אנטונימים)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